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ФОРМА ВЫХОДНОГО ИНТЕРВЬЮ (EXIT-ИНТЕРВЬЮ)</w:t>
      </w:r>
    </w:p>
    <w:p/>
    <w:p>
      <w:pPr>
        <w:jc w:val="both"/>
      </w:pPr>
      <w:r>
        <w:t>Сотрудник: ________________     Должность: ________________     Дата: «____» ____ 20__ г.</w:t>
      </w:r>
    </w:p>
    <w:p/>
    <w:p>
      <w:pPr>
        <w:jc w:val="both"/>
      </w:pPr>
      <w:r>
        <w:t>Цель — понять настоящие причины ухода и что можно улучшить. Разговор добровольный и без давления; важна честность, а не «правильные» ответы.</w:t>
      </w:r>
    </w:p>
    <w:p>
      <w:r>
        <w:rPr>
          <w:b/>
        </w:rPr>
        <w:t>Вопросы</w:t>
      </w:r>
    </w:p>
    <w:p>
      <w:pPr>
        <w:pStyle w:val="ListBullet"/>
      </w:pPr>
      <w:r>
        <w:t>Что стало главной причиной решения уйти?</w:t>
      </w:r>
    </w:p>
    <w:p>
      <w:pPr>
        <w:pStyle w:val="ListBullet"/>
      </w:pPr>
      <w:r>
        <w:t>Что нравилось в работе и команде?</w:t>
      </w:r>
    </w:p>
    <w:p>
      <w:pPr>
        <w:pStyle w:val="ListBullet"/>
      </w:pPr>
      <w:r>
        <w:t>Что демотивировало или мешало?</w:t>
      </w:r>
    </w:p>
    <w:p>
      <w:pPr>
        <w:pStyle w:val="ListBullet"/>
      </w:pPr>
      <w:r>
        <w:t>Что стоило бы улучшить в процессах и управлении?</w:t>
      </w:r>
    </w:p>
    <w:p>
      <w:pPr>
        <w:pStyle w:val="ListBullet"/>
      </w:pPr>
      <w:r>
        <w:t>Была ли обратная связь и признание вашего вклада?</w:t>
      </w:r>
    </w:p>
    <w:p>
      <w:pPr>
        <w:pStyle w:val="ListBullet"/>
      </w:pPr>
      <w:r>
        <w:t>Что могло бы вас удержать (и могло ли вообще)?</w:t>
      </w:r>
    </w:p>
    <w:p>
      <w:pPr>
        <w:pStyle w:val="ListBullet"/>
      </w:pPr>
      <w:r>
        <w:t>Порекомендовали бы компанию как место работы? Почему?</w:t>
      </w:r>
    </w:p>
    <w:p>
      <w:r>
        <w:rPr>
          <w:b/>
        </w:rPr>
        <w:t>Выводы (заполняет руководитель / HR)</w:t>
      </w:r>
    </w:p>
    <w:p>
      <w:pPr>
        <w:jc w:val="both"/>
      </w:pPr>
      <w:r>
        <w:t>Ключевая причина ухода: ______________________________________________</w:t>
      </w:r>
    </w:p>
    <w:p>
      <w:pPr>
        <w:jc w:val="both"/>
      </w:pPr>
      <w:r>
        <w:t>Что взять в работу: ______________________________________________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