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УТВЕРЖДАЮ</w:t>
      </w:r>
      <w:r>
        <w:br/>
      </w:r>
      <w:r>
        <w:t>[Наименование организации]</w:t>
      </w:r>
      <w:r>
        <w:br/>
      </w:r>
      <w:r>
        <w:t>_______________ / _______________ /</w:t>
      </w:r>
      <w:r>
        <w:br/>
      </w:r>
      <w:r>
        <w:t>«____» _______ 20___ г.</w:t>
      </w:r>
    </w:p>
    <w:p>
      <w:r>
        <w:rPr>
          <w:i/>
          <w:sz w:val="18"/>
        </w:rPr>
        <w:t>Мнение представительного органа работников учтено (при наличии).</w:t>
      </w:r>
    </w:p>
    <w:p/>
    <w:p>
      <w:pPr>
        <w:jc w:val="center"/>
      </w:pPr>
      <w:r>
        <w:rPr>
          <w:b/>
          <w:sz w:val="28"/>
        </w:rPr>
        <w:t>ГРАФИК ОТПУСКОВ</w:t>
      </w:r>
    </w:p>
    <w:p>
      <w:pPr>
        <w:jc w:val="center"/>
      </w:pPr>
      <w:r>
        <w:rPr>
          <w:b w:val="0"/>
        </w:rPr>
        <w:t>на 20___ год     № ______     от «____» _______ 20___ г.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</w:tcPr>
          <w:p>
            <w:r>
              <w:rPr>
                <w:b/>
              </w:rPr>
              <w:t>№</w:t>
            </w:r>
          </w:p>
        </w:tc>
        <w:tc>
          <w:tcPr>
            <w:tcW w:type="dxa" w:w="1080"/>
          </w:tcPr>
          <w:p>
            <w:r>
              <w:rPr>
                <w:b/>
              </w:rPr>
              <w:t>Подразделение</w:t>
            </w:r>
          </w:p>
        </w:tc>
        <w:tc>
          <w:tcPr>
            <w:tcW w:type="dxa" w:w="1080"/>
          </w:tcPr>
          <w:p>
            <w:r>
              <w:rPr>
                <w:b/>
              </w:rPr>
              <w:t>Должность</w:t>
            </w:r>
          </w:p>
        </w:tc>
        <w:tc>
          <w:tcPr>
            <w:tcW w:type="dxa" w:w="1080"/>
          </w:tcPr>
          <w:p>
            <w:r>
              <w:rPr>
                <w:b/>
              </w:rPr>
              <w:t>Ф.И.О.</w:t>
            </w:r>
          </w:p>
        </w:tc>
        <w:tc>
          <w:tcPr>
            <w:tcW w:type="dxa" w:w="1080"/>
          </w:tcPr>
          <w:p>
            <w:r>
              <w:rPr>
                <w:b/>
              </w:rPr>
              <w:t>Кол-во дней</w:t>
            </w:r>
          </w:p>
        </w:tc>
        <w:tc>
          <w:tcPr>
            <w:tcW w:type="dxa" w:w="1080"/>
          </w:tcPr>
          <w:p>
            <w:r>
              <w:rPr>
                <w:b/>
              </w:rPr>
              <w:t>Запланир. дата</w:t>
            </w:r>
          </w:p>
        </w:tc>
        <w:tc>
          <w:tcPr>
            <w:tcW w:type="dxa" w:w="1080"/>
          </w:tcPr>
          <w:p>
            <w:r>
              <w:rPr>
                <w:b/>
              </w:rPr>
              <w:t>Факт. дата</w:t>
            </w:r>
          </w:p>
        </w:tc>
        <w:tc>
          <w:tcPr>
            <w:tcW w:type="dxa" w:w="1080"/>
          </w:tcPr>
          <w:p>
            <w:r>
              <w:rPr>
                <w:b/>
              </w:rPr>
              <w:t>Примечание</w:t>
            </w:r>
          </w:p>
        </w:tc>
      </w:tr>
      <w:tr>
        <w:tc>
          <w:tcPr>
            <w:tcW w:type="dxa" w:w="1080"/>
          </w:tcPr>
          <w:p>
            <w:r>
              <w:t>1</w:t>
            </w:r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  <w:tr>
        <w:tc>
          <w:tcPr>
            <w:tcW w:type="dxa" w:w="1080"/>
          </w:tcPr>
          <w:p>
            <w:r>
              <w:t>2</w:t>
            </w:r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  <w:tr>
        <w:tc>
          <w:tcPr>
            <w:tcW w:type="dxa" w:w="1080"/>
          </w:tcPr>
          <w:p>
            <w:r>
              <w:t>3</w:t>
            </w:r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  <w:tr>
        <w:tc>
          <w:tcPr>
            <w:tcW w:type="dxa" w:w="1080"/>
          </w:tcPr>
          <w:p>
            <w:r>
              <w:t>4</w:t>
            </w:r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  <w:tr>
        <w:tc>
          <w:tcPr>
            <w:tcW w:type="dxa" w:w="1080"/>
          </w:tcPr>
          <w:p>
            <w:r>
              <w:t>5</w:t>
            </w:r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</w:tbl>
    <w:p/>
    <w:p>
      <w:pPr>
        <w:jc w:val="both"/>
      </w:pPr>
      <w:r>
        <w:t>Примечание: отдельные категории работников вправе использовать отпуск в удобное для них время. О времени начала отпуска работник извещается в установленный срок.</w:t>
      </w:r>
    </w:p>
    <w:p/>
    <w:p>
      <w:r>
        <w:t>Ответственный (кадры): _______________ / _________________ /</w:t>
      </w:r>
    </w:p>
    <w:p>
      <w:r>
        <w:rPr>
          <w:sz w:val="18"/>
        </w:rPr>
        <w:t>(подпись)                (расшифровка)</w:t>
      </w:r>
    </w:p>
    <w:p/>
    <w:p>
      <w:r>
        <w:t>«____» _______________ 20___ г.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