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ПРИКАЗ</w:t>
      </w:r>
    </w:p>
    <w:p>
      <w:pPr>
        <w:jc w:val="center"/>
      </w:pPr>
      <w:r>
        <w:rPr>
          <w:b w:val="0"/>
        </w:rPr>
        <w:t>о приёме работника на работу</w:t>
      </w:r>
    </w:p>
    <w:p/>
    <w:p>
      <w:pPr>
        <w:jc w:val="both"/>
      </w:pPr>
      <w:r>
        <w:t>[Наименование организации]</w:t>
      </w:r>
    </w:p>
    <w:p>
      <w:pPr>
        <w:jc w:val="both"/>
      </w:pPr>
      <w:r>
        <w:t>№ ______                                                             «____» __________ 20___ г.</w:t>
      </w:r>
    </w:p>
    <w:p/>
    <w:p>
      <w:r>
        <w:rPr>
          <w:b/>
        </w:rPr>
        <w:t>ПРИКАЗЫВАЮ:</w:t>
      </w:r>
    </w:p>
    <w:p>
      <w:pPr>
        <w:jc w:val="both"/>
      </w:pPr>
      <w:r>
        <w:t>Принять на работу ________________________ (Ф.И.О.) на должность ______________ в подразделение ______________ с «____» __________ 20___ г.</w:t>
      </w:r>
    </w:p>
    <w:p>
      <w:pPr>
        <w:pStyle w:val="ListBullet"/>
      </w:pPr>
      <w:r>
        <w:t>Условия приёма: ______________ (основная работа/по совместительству);</w:t>
      </w:r>
    </w:p>
    <w:p>
      <w:pPr>
        <w:pStyle w:val="ListBullet"/>
      </w:pPr>
      <w:r>
        <w:t>Характер работы: ______________ (постоянно/по срочному договору);</w:t>
      </w:r>
    </w:p>
    <w:p>
      <w:pPr>
        <w:pStyle w:val="ListBullet"/>
      </w:pPr>
      <w:r>
        <w:t>Оклад (тарифная ставка): ______________ руб.;</w:t>
      </w:r>
    </w:p>
    <w:p>
      <w:pPr>
        <w:pStyle w:val="ListBullet"/>
      </w:pPr>
      <w:r>
        <w:t>Испытательный срок: ______________ (или «без испытательного срока»).</w:t>
      </w:r>
    </w:p>
    <w:p>
      <w:pPr>
        <w:jc w:val="both"/>
      </w:pPr>
      <w:r>
        <w:t>Основание: трудовой договор от «____» __________ 20___ г. № ______.</w:t>
      </w:r>
    </w:p>
    <w:p/>
    <w:p>
      <w:r>
        <w:t>Руководитель: _______________ / _______________ /</w:t>
      </w:r>
    </w:p>
    <w:p/>
    <w:p>
      <w:r>
        <w:t>С приказом ознакомлен(а): _______________ / _______________ /   «____» _____ 20___ г.</w:t>
      </w:r>
    </w:p>
    <w:p/>
    <w:p>
      <w:r>
        <w:rPr>
          <w:i/>
          <w:color w:val="666666"/>
          <w:sz w:val="18"/>
        </w:rPr>
        <w:t>Настоящий образец носит справочный характер, не является юридической консультацией и требует адаптации под конкретную организацию. Итоговый документ рекомендуется согласовать с юристом. Подготовлено редакцией TaviLex (tavilex.ru).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