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ПРЕДЛОЖЕНИЕ О РАБОТЕ (ОФФЕР)</w:t>
      </w:r>
    </w:p>
    <w:p/>
    <w:p>
      <w:pPr>
        <w:jc w:val="both"/>
      </w:pPr>
      <w:r>
        <w:t>Уважаемый(ая) ________________________!</w:t>
      </w:r>
    </w:p>
    <w:p>
      <w:pPr>
        <w:jc w:val="both"/>
      </w:pPr>
      <w:r>
        <w:t>Рады предложить Вам присоединиться к команде [Наименование организации]. Ниже — основные условия. Это предложение, а не трудовой договор; итоговые условия закрепляются договором.</w:t>
      </w:r>
    </w:p>
    <w:p>
      <w:r>
        <w:rPr>
          <w:b/>
        </w:rPr>
        <w:t>Условия</w:t>
      </w:r>
    </w:p>
    <w:p>
      <w:pPr>
        <w:pStyle w:val="ListBullet"/>
      </w:pPr>
      <w:r>
        <w:t>Должность: ______________________</w:t>
      </w:r>
    </w:p>
    <w:p>
      <w:pPr>
        <w:pStyle w:val="ListBullet"/>
      </w:pPr>
      <w:r>
        <w:t>Руководитель: ______________________</w:t>
      </w:r>
    </w:p>
    <w:p>
      <w:pPr>
        <w:pStyle w:val="ListBullet"/>
      </w:pPr>
      <w:r>
        <w:t>Оплата: оклад ___________, периодичность выплат ___________</w:t>
      </w:r>
    </w:p>
    <w:p>
      <w:pPr>
        <w:pStyle w:val="ListBullet"/>
      </w:pPr>
      <w:r>
        <w:t>Премии / бонусы (если есть): ______________________</w:t>
      </w:r>
    </w:p>
    <w:p>
      <w:pPr>
        <w:pStyle w:val="ListBullet"/>
      </w:pPr>
      <w:r>
        <w:t>График и формат работы: ______________________ (офис / удалённо / гибрид)</w:t>
      </w:r>
    </w:p>
    <w:p>
      <w:pPr>
        <w:pStyle w:val="ListBullet"/>
      </w:pPr>
      <w:r>
        <w:t>Место работы: ______________________</w:t>
      </w:r>
    </w:p>
    <w:p>
      <w:pPr>
        <w:pStyle w:val="ListBullet"/>
      </w:pPr>
      <w:r>
        <w:t>Испытательный срок: ______ (с планом и критериями)</w:t>
      </w:r>
    </w:p>
    <w:p>
      <w:pPr>
        <w:pStyle w:val="ListBullet"/>
      </w:pPr>
      <w:r>
        <w:t>Предполагаемая дата выхода: «____» __________ 20___ г.</w:t>
      </w:r>
    </w:p>
    <w:p>
      <w:r>
        <w:rPr>
          <w:b/>
        </w:rPr>
        <w:t>Что мы предлагаем помимо оплаты</w:t>
      </w:r>
    </w:p>
    <w:p>
      <w:pPr>
        <w:pStyle w:val="ListBullet"/>
      </w:pPr>
      <w:r>
        <w:t>Понятные задачи и зоны ответственности</w:t>
      </w:r>
    </w:p>
    <w:p>
      <w:pPr>
        <w:pStyle w:val="ListBullet"/>
      </w:pPr>
      <w:r>
        <w:t>Адаптацию с наставником и план на испытательный срок</w:t>
      </w:r>
    </w:p>
    <w:p>
      <w:pPr>
        <w:pStyle w:val="ListBullet"/>
      </w:pPr>
      <w:r>
        <w:t>Возможности для развития (обучение, рост)</w:t>
      </w:r>
    </w:p>
    <w:p>
      <w:pPr>
        <w:jc w:val="both"/>
      </w:pPr>
      <w:r>
        <w:t>Просим сообщить о решении до «____» __________ 20___ г. Будем рады ответить на вопросы.</w:t>
      </w:r>
    </w:p>
    <w:p/>
    <w:p>
      <w:pPr>
        <w:jc w:val="both"/>
      </w:pPr>
      <w:r>
        <w:t>С уважением, ______________________ (Ф.И.О., должность)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