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УТВЕРЖДЕНО</w:t>
      </w:r>
      <w:r>
        <w:br/>
      </w:r>
      <w:r>
        <w:t>Приказом [Наименование организации]</w:t>
      </w:r>
      <w:r>
        <w:br/>
      </w:r>
      <w:r>
        <w:t>от «____» _______ 20___ г. № ____</w:t>
      </w:r>
    </w:p>
    <w:p/>
    <w:p>
      <w:pPr>
        <w:jc w:val="center"/>
      </w:pPr>
      <w:r>
        <w:rPr>
          <w:b/>
          <w:sz w:val="28"/>
        </w:rPr>
        <w:t>ШТАТНОЕ РАСПИСАНИЕ</w:t>
      </w:r>
    </w:p>
    <w:p>
      <w:pPr>
        <w:jc w:val="center"/>
      </w:pPr>
      <w:r>
        <w:rPr>
          <w:b w:val="0"/>
        </w:rPr>
        <w:t>на 20___ год     № ______     от «____» _______ 20___ г.</w:t>
      </w:r>
    </w:p>
    <w:p>
      <w:pPr>
        <w:jc w:val="center"/>
      </w:pPr>
      <w:r>
        <w:rPr>
          <w:b w:val="0"/>
        </w:rPr>
        <w:t>Штат в количестве ______ единиц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  <w:t>Подразделение</w:t>
            </w:r>
          </w:p>
        </w:tc>
        <w:tc>
          <w:tcPr>
            <w:tcW w:type="dxa" w:w="1440"/>
          </w:tcPr>
          <w:p>
            <w:r>
              <w:rPr>
                <w:b/>
              </w:rPr>
              <w:t>Должность</w:t>
            </w:r>
          </w:p>
        </w:tc>
        <w:tc>
          <w:tcPr>
            <w:tcW w:type="dxa" w:w="1440"/>
          </w:tcPr>
          <w:p>
            <w:r>
              <w:rPr>
                <w:b/>
              </w:rPr>
              <w:t>Кол-во ед.</w:t>
            </w:r>
          </w:p>
        </w:tc>
        <w:tc>
          <w:tcPr>
            <w:tcW w:type="dxa" w:w="1440"/>
          </w:tcPr>
          <w:p>
            <w:r>
              <w:rPr>
                <w:b/>
              </w:rPr>
              <w:t>Оклад / ставка</w:t>
            </w:r>
          </w:p>
        </w:tc>
        <w:tc>
          <w:tcPr>
            <w:tcW w:type="dxa" w:w="1440"/>
          </w:tcPr>
          <w:p>
            <w:r>
              <w:rPr>
                <w:b/>
              </w:rPr>
              <w:t>Надбавки</w:t>
            </w:r>
          </w:p>
        </w:tc>
        <w:tc>
          <w:tcPr>
            <w:tcW w:type="dxa" w:w="1440"/>
          </w:tcPr>
          <w:p>
            <w:r>
              <w:rPr>
                <w:b/>
              </w:rPr>
              <w:t>Фонд в месяц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</w:tbl>
    <w:p/>
    <w:p>
      <w:pPr>
        <w:jc w:val="both"/>
      </w:pPr>
      <w:r>
        <w:t>Итого месячный фонд оплаты труда: ______________ руб.</w:t>
      </w:r>
    </w:p>
    <w:p/>
    <w:p>
      <w:r>
        <w:t>Руководитель: _______________ / _______________ /</w:t>
      </w:r>
    </w:p>
    <w:p>
      <w:r>
        <w:t>Главный бухгалтер: _______________ / _______________ /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