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СОГЛАСИЕ</w:t>
      </w:r>
    </w:p>
    <w:p>
      <w:pPr>
        <w:jc w:val="center"/>
      </w:pPr>
      <w:r>
        <w:rPr>
          <w:b w:val="0"/>
        </w:rPr>
        <w:t>на обработку персональных данных</w:t>
      </w:r>
    </w:p>
    <w:p/>
    <w:p>
      <w:pPr>
        <w:jc w:val="both"/>
      </w:pPr>
      <w:r>
        <w:t>Я, ________________________________ (Ф.И.О.), паспорт серия ______ № __________, выдан ________________________________ «____» __________ 20___ г., зарегистрированный(ая) по адресу: ________________________________,</w:t>
      </w:r>
    </w:p>
    <w:p>
      <w:pPr>
        <w:jc w:val="both"/>
      </w:pPr>
      <w:r>
        <w:t>в соответствии с Федеральным законом от 27.07.2006 № 152-ФЗ «О персональных данных» даю согласие [Наименование организации] (далее — Оператор) на обработку моих персональных данных.</w:t>
      </w:r>
    </w:p>
    <w:p>
      <w:r>
        <w:rPr>
          <w:b/>
        </w:rPr>
        <w:t>1. Цели обработки</w:t>
      </w:r>
    </w:p>
    <w:p>
      <w:pPr>
        <w:pStyle w:val="ListBullet"/>
      </w:pPr>
      <w:r>
        <w:t>исполнение трудового договора и кадровый учёт;</w:t>
      </w:r>
    </w:p>
    <w:p>
      <w:pPr>
        <w:pStyle w:val="ListBullet"/>
      </w:pPr>
      <w:r>
        <w:t>учёт рабочего времени и обеспечение продуктивности;</w:t>
      </w:r>
    </w:p>
    <w:p>
      <w:pPr>
        <w:pStyle w:val="ListBullet"/>
      </w:pPr>
      <w:r>
        <w:t>защита сведений, составляющих коммерческую тайну, и сохранность имущества;</w:t>
      </w:r>
    </w:p>
    <w:p>
      <w:pPr>
        <w:pStyle w:val="ListBullet"/>
      </w:pPr>
      <w:r>
        <w:t>обеспечение контроля на корпоративном оборудовании в рабочих целях.</w:t>
      </w:r>
    </w:p>
    <w:p>
      <w:r>
        <w:rPr>
          <w:b/>
        </w:rPr>
        <w:t>2. Перечень персональных данных</w:t>
      </w:r>
    </w:p>
    <w:p>
      <w:pPr>
        <w:jc w:val="both"/>
      </w:pPr>
      <w:r>
        <w:t>Фамилия, имя, отчество; должность и подразделение; данные учётной записи на корпоративном оборудовании; сведения об использовании рабочего времени и рабочих программ; иные данные, необходимые для указанных целей.</w:t>
      </w:r>
    </w:p>
    <w:p>
      <w:r>
        <w:rPr>
          <w:b/>
        </w:rPr>
        <w:t>3. Перечень действий с персональными данными</w:t>
      </w:r>
    </w:p>
    <w:p>
      <w:pPr>
        <w:jc w:val="both"/>
      </w:pPr>
      <w:r>
        <w:t>Сбор, запись, систематизация, накопление, хранение, уточнение, использование, обезличивание, блокирование, удаление и уничтожение — с использованием средств автоматизации и без таковых.</w:t>
      </w:r>
    </w:p>
    <w:p>
      <w:r>
        <w:rPr>
          <w:b/>
        </w:rPr>
        <w:t>4. Срок действия и порядок отзыва</w:t>
      </w:r>
    </w:p>
    <w:p>
      <w:pPr>
        <w:jc w:val="both"/>
      </w:pPr>
      <w:r>
        <w:t>4.1. Согласие действует на срок трудовых отношений и период хранения документов, установленный законодательством. 4.2. Согласие может быть отозвано письменным заявлением на имя Оператора; обработка прекращается, за исключением случаев, предусмотренных законом.</w:t>
      </w:r>
    </w:p>
    <w:p>
      <w:pPr>
        <w:jc w:val="both"/>
      </w:pPr>
      <w:r>
        <w:t>4.3. Подтверждаю, что уведомлён(а): контроль ведётся только на корпоративном оборудовании в рабочих целях и не распространяется на личные устройства и частную жизнь.</w:t>
      </w:r>
    </w:p>
    <w:p/>
    <w:p>
      <w:r>
        <w:t>_______________ / _________________ /            «____» __________ 20___ г.</w:t>
      </w:r>
    </w:p>
    <w:p>
      <w:r>
        <w:rPr>
          <w:sz w:val="18"/>
        </w:rPr>
        <w:t>(подпись)          (расшифровка)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